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color w:val="808080"/>
          <w:sz w:val="16"/>
        </w:rPr>
        <w:t>WZÓR CV · 2026</w:t>
      </w:r>
    </w:p>
    <w:p>
      <w:pPr>
        <w:spacing w:before="0" w:after="40"/>
      </w:pPr>
      <w:r>
        <w:rPr>
          <w:color w:val="808080"/>
          <w:sz w:val="36"/>
        </w:rPr>
        <w:t>[Imię i nazwisko]</w:t>
      </w:r>
    </w:p>
    <w:p>
      <w:pPr>
        <w:spacing w:before="0" w:after="200"/>
      </w:pPr>
      <w:r>
        <w:rPr>
          <w:color w:val="808080"/>
          <w:sz w:val="20"/>
        </w:rPr>
        <w:t>[Telefon]</w:t>
      </w:r>
      <w:r>
        <w:rPr>
          <w:sz w:val="20"/>
        </w:rPr>
        <w:t xml:space="preserve">  ·  </w:t>
      </w:r>
      <w:r>
        <w:rPr>
          <w:color w:val="808080"/>
          <w:sz w:val="20"/>
        </w:rPr>
        <w:t>[E-mail]</w:t>
      </w:r>
      <w:r>
        <w:rPr>
          <w:sz w:val="20"/>
        </w:rPr>
        <w:t xml:space="preserve">  ·  </w:t>
      </w:r>
      <w:r>
        <w:rPr>
          <w:color w:val="808080"/>
          <w:sz w:val="20"/>
        </w:rPr>
        <w:t>[Miasto / region]</w:t>
      </w:r>
      <w:r>
        <w:rPr>
          <w:sz w:val="20"/>
        </w:rPr>
        <w:t xml:space="preserve">  ·  </w:t>
      </w:r>
      <w:r>
        <w:rPr>
          <w:color w:val="808080"/>
          <w:sz w:val="20"/>
        </w:rPr>
        <w:t>[LinkedIn / portfolio — opcjonalnie]</w:t>
      </w:r>
    </w:p>
    <w:p>
      <w:pPr>
        <w:keepNext/>
        <w:spacing w:before="160" w:after="60"/>
      </w:pPr>
      <w:r>
        <w:rPr>
          <w:b/>
          <w:sz w:val="23"/>
        </w:rPr>
        <w:t>Podsumowanie zawodowe</w:t>
      </w:r>
    </w:p>
    <w:p>
      <w:pPr>
        <w:spacing w:before="0" w:after="80"/>
      </w:pPr>
      <w:r>
        <w:rPr>
          <w:color w:val="808080"/>
          <w:sz w:val="21"/>
        </w:rPr>
        <w:t>[Stanowisko / specjalizacja]</w:t>
      </w:r>
      <w:r>
        <w:rPr>
          <w:sz w:val="21"/>
        </w:rPr>
        <w:t xml:space="preserve"> z </w:t>
      </w:r>
      <w:r>
        <w:rPr>
          <w:color w:val="808080"/>
          <w:sz w:val="21"/>
        </w:rPr>
        <w:t>[liczba]</w:t>
      </w:r>
      <w:r>
        <w:rPr>
          <w:sz w:val="21"/>
        </w:rPr>
        <w:t xml:space="preserve"> lat doświadczenia w </w:t>
      </w:r>
      <w:r>
        <w:rPr>
          <w:color w:val="808080"/>
          <w:sz w:val="21"/>
        </w:rPr>
        <w:t>[branża]</w:t>
      </w:r>
      <w:r>
        <w:rPr>
          <w:sz w:val="21"/>
        </w:rPr>
        <w:t xml:space="preserve">. Specjalizuję się w </w:t>
      </w:r>
      <w:r>
        <w:rPr>
          <w:color w:val="808080"/>
          <w:sz w:val="21"/>
        </w:rPr>
        <w:t>[najważniejsze kompetencje]</w:t>
      </w:r>
      <w:r>
        <w:rPr>
          <w:sz w:val="21"/>
        </w:rPr>
        <w:t xml:space="preserve">. W dotychczasowej pracy osiągnąłem/osiągnęłam </w:t>
      </w:r>
      <w:r>
        <w:rPr>
          <w:color w:val="808080"/>
          <w:sz w:val="21"/>
        </w:rPr>
        <w:t>[konkretny efekt lub liczba]</w:t>
      </w:r>
      <w:r>
        <w:rPr>
          <w:sz w:val="21"/>
        </w:rPr>
        <w:t xml:space="preserve">. Szukam roli, w której wykorzystam </w:t>
      </w:r>
      <w:r>
        <w:rPr>
          <w:color w:val="808080"/>
          <w:sz w:val="21"/>
        </w:rPr>
        <w:t>[kompetencja 1]</w:t>
      </w:r>
      <w:r>
        <w:rPr>
          <w:sz w:val="21"/>
        </w:rPr>
        <w:t xml:space="preserve">, </w:t>
      </w:r>
      <w:r>
        <w:rPr>
          <w:color w:val="808080"/>
          <w:sz w:val="21"/>
        </w:rPr>
        <w:t>[kompetencja 2]</w:t>
      </w:r>
      <w:r>
        <w:rPr>
          <w:sz w:val="21"/>
        </w:rPr>
        <w:t xml:space="preserve"> i </w:t>
      </w:r>
      <w:r>
        <w:rPr>
          <w:color w:val="808080"/>
          <w:sz w:val="21"/>
        </w:rPr>
        <w:t>[kompetencja 3]</w:t>
      </w:r>
      <w:r>
        <w:rPr>
          <w:sz w:val="21"/>
        </w:rPr>
        <w:t>.</w:t>
      </w:r>
    </w:p>
    <w:p>
      <w:pPr>
        <w:keepNext/>
        <w:spacing w:before="160" w:after="60"/>
      </w:pPr>
      <w:r>
        <w:rPr>
          <w:b/>
          <w:sz w:val="23"/>
        </w:rPr>
        <w:t>Doświadczenie zawodowe</w:t>
      </w:r>
    </w:p>
    <w:p>
      <w:pPr>
        <w:spacing w:before="0" w:after="40"/>
      </w:pPr>
      <w:r>
        <w:rPr>
          <w:b/>
          <w:color w:val="808080"/>
          <w:sz w:val="21"/>
        </w:rPr>
        <w:t>[Stanowisko]</w:t>
      </w:r>
      <w:r>
        <w:rPr>
          <w:sz w:val="21"/>
        </w:rPr>
        <w:t xml:space="preserve"> — </w:t>
      </w:r>
      <w:r>
        <w:rPr>
          <w:color w:val="808080"/>
          <w:sz w:val="21"/>
        </w:rPr>
        <w:t>[Firma]</w:t>
      </w:r>
      <w:r>
        <w:rPr>
          <w:sz w:val="21"/>
        </w:rPr>
        <w:t xml:space="preserve"> · </w:t>
      </w:r>
      <w:r>
        <w:rPr>
          <w:color w:val="808080"/>
          <w:sz w:val="21"/>
        </w:rPr>
        <w:t>[MM/RRRR – obecnie]</w:t>
      </w:r>
    </w:p>
    <w:p>
      <w:pPr>
        <w:spacing w:before="0" w:after="20"/>
      </w:pPr>
      <w:r>
        <w:rPr>
          <w:b/>
          <w:sz w:val="21"/>
        </w:rPr>
        <w:t xml:space="preserve">Zakres obowiązków: </w:t>
      </w:r>
      <w:r>
        <w:rPr>
          <w:color w:val="808080"/>
          <w:sz w:val="21"/>
        </w:rPr>
        <w:t>[krótki opis odpowiedzialności]</w:t>
      </w:r>
      <w:r>
        <w:rPr>
          <w:sz w:val="21"/>
        </w:rPr>
        <w:t>.</w:t>
      </w:r>
    </w:p>
    <w:p>
      <w:pPr>
        <w:spacing w:before="0" w:after="20"/>
      </w:pPr>
      <w:r>
        <w:rPr>
          <w:b/>
          <w:sz w:val="21"/>
        </w:rPr>
        <w:t xml:space="preserve">Osiągnięcia: </w:t>
      </w:r>
      <w:r>
        <w:rPr>
          <w:color w:val="808080"/>
          <w:sz w:val="21"/>
        </w:rPr>
        <w:t>[konkretny wynik — wzrost, oszczędność, liczba projektów, wdrożenie]</w:t>
      </w:r>
      <w:r>
        <w:rPr>
          <w:sz w:val="21"/>
        </w:rPr>
        <w:t>.</w:t>
      </w:r>
    </w:p>
    <w:p>
      <w:pPr>
        <w:spacing w:before="0" w:after="120"/>
      </w:pPr>
      <w:r>
        <w:rPr>
          <w:b/>
          <w:sz w:val="21"/>
        </w:rPr>
        <w:t xml:space="preserve">Narzędzia: </w:t>
      </w:r>
      <w:r>
        <w:rPr>
          <w:color w:val="808080"/>
          <w:sz w:val="21"/>
        </w:rPr>
        <w:t>[np. Excel, CRM, SAP, Google Analytics]</w:t>
      </w:r>
      <w:r>
        <w:rPr>
          <w:sz w:val="21"/>
        </w:rPr>
        <w:t>.</w:t>
      </w:r>
    </w:p>
    <w:p>
      <w:pPr>
        <w:spacing w:before="0" w:after="40"/>
      </w:pPr>
      <w:r>
        <w:rPr>
          <w:b/>
          <w:color w:val="808080"/>
          <w:sz w:val="21"/>
        </w:rPr>
        <w:t>[Stanowisko]</w:t>
      </w:r>
      <w:r>
        <w:rPr>
          <w:sz w:val="21"/>
        </w:rPr>
        <w:t xml:space="preserve"> — </w:t>
      </w:r>
      <w:r>
        <w:rPr>
          <w:color w:val="808080"/>
          <w:sz w:val="21"/>
        </w:rPr>
        <w:t>[Firma]</w:t>
      </w:r>
      <w:r>
        <w:rPr>
          <w:sz w:val="21"/>
        </w:rPr>
        <w:t xml:space="preserve"> · </w:t>
      </w:r>
      <w:r>
        <w:rPr>
          <w:color w:val="808080"/>
          <w:sz w:val="21"/>
        </w:rPr>
        <w:t>[MM/RRRR – MM/RRRR]</w:t>
      </w:r>
    </w:p>
    <w:p>
      <w:pPr>
        <w:spacing w:before="0" w:after="20"/>
      </w:pPr>
      <w:r>
        <w:rPr>
          <w:b/>
          <w:sz w:val="21"/>
        </w:rPr>
        <w:t xml:space="preserve">Zakres obowiązków: </w:t>
      </w:r>
      <w:r>
        <w:rPr>
          <w:color w:val="808080"/>
          <w:sz w:val="21"/>
        </w:rPr>
        <w:t>[opis]</w:t>
      </w:r>
      <w:r>
        <w:rPr>
          <w:sz w:val="21"/>
        </w:rPr>
        <w:t>.</w:t>
      </w:r>
    </w:p>
    <w:p>
      <w:pPr>
        <w:spacing w:before="0" w:after="20"/>
      </w:pPr>
      <w:r>
        <w:rPr>
          <w:b/>
          <w:sz w:val="21"/>
        </w:rPr>
        <w:t xml:space="preserve">Osiągnięcia: </w:t>
      </w:r>
      <w:r>
        <w:rPr>
          <w:color w:val="808080"/>
          <w:sz w:val="21"/>
        </w:rPr>
        <w:t>[opis]</w:t>
      </w:r>
      <w:r>
        <w:rPr>
          <w:sz w:val="21"/>
        </w:rPr>
        <w:t>.</w:t>
      </w:r>
    </w:p>
    <w:p>
      <w:pPr>
        <w:keepNext/>
        <w:spacing w:before="160" w:after="60"/>
      </w:pPr>
      <w:r>
        <w:rPr>
          <w:b/>
          <w:sz w:val="23"/>
        </w:rPr>
        <w:t>Umiejętności</w:t>
      </w:r>
    </w:p>
    <w:p>
      <w:pPr>
        <w:spacing w:before="0" w:after="20"/>
      </w:pPr>
      <w:r>
        <w:rPr>
          <w:b/>
          <w:sz w:val="21"/>
        </w:rPr>
        <w:t xml:space="preserve">Specjalistyczne: </w:t>
      </w:r>
      <w:r>
        <w:rPr>
          <w:color w:val="808080"/>
          <w:sz w:val="21"/>
        </w:rPr>
        <w:t>[np. analiza danych, obsługa klienta B2B, kampanie Google Ads]</w:t>
      </w:r>
      <w:r>
        <w:rPr>
          <w:sz w:val="21"/>
        </w:rPr>
        <w:t>.</w:t>
      </w:r>
    </w:p>
    <w:p>
      <w:pPr>
        <w:spacing w:before="0" w:after="20"/>
      </w:pPr>
      <w:r>
        <w:rPr>
          <w:b/>
          <w:sz w:val="21"/>
        </w:rPr>
        <w:t xml:space="preserve">Narzędzia: </w:t>
      </w:r>
      <w:r>
        <w:rPr>
          <w:color w:val="808080"/>
          <w:sz w:val="21"/>
        </w:rPr>
        <w:t>[konkretne programy i systemy]</w:t>
      </w:r>
      <w:r>
        <w:rPr>
          <w:sz w:val="21"/>
        </w:rPr>
        <w:t>.</w:t>
      </w:r>
    </w:p>
    <w:p>
      <w:pPr>
        <w:spacing w:before="0" w:after="80"/>
      </w:pPr>
      <w:r>
        <w:rPr>
          <w:b/>
          <w:sz w:val="21"/>
        </w:rPr>
        <w:t xml:space="preserve">Języki obce: </w:t>
      </w:r>
      <w:r>
        <w:rPr>
          <w:color w:val="808080"/>
          <w:sz w:val="21"/>
        </w:rPr>
        <w:t>[np. angielski B2, niemiecki A2]</w:t>
      </w:r>
      <w:r>
        <w:rPr>
          <w:sz w:val="21"/>
        </w:rPr>
        <w:t>.</w:t>
      </w:r>
    </w:p>
    <w:p>
      <w:pPr>
        <w:keepNext/>
        <w:spacing w:before="160" w:after="60"/>
      </w:pPr>
      <w:r>
        <w:rPr>
          <w:b/>
          <w:sz w:val="23"/>
        </w:rPr>
        <w:t>Wykształcenie</w:t>
      </w:r>
    </w:p>
    <w:p>
      <w:pPr>
        <w:spacing w:before="0" w:after="20"/>
      </w:pPr>
      <w:r>
        <w:rPr>
          <w:color w:val="808080"/>
          <w:sz w:val="21"/>
        </w:rPr>
        <w:t>[Uczelnia / szkoła]</w:t>
      </w:r>
      <w:r>
        <w:rPr>
          <w:sz w:val="21"/>
        </w:rPr>
        <w:t xml:space="preserve"> — </w:t>
      </w:r>
      <w:r>
        <w:rPr>
          <w:color w:val="808080"/>
          <w:sz w:val="21"/>
        </w:rPr>
        <w:t>[kierunek]</w:t>
      </w:r>
    </w:p>
    <w:p>
      <w:pPr>
        <w:spacing w:before="0" w:after="80"/>
      </w:pPr>
      <w:r>
        <w:rPr>
          <w:color w:val="808080"/>
          <w:sz w:val="21"/>
        </w:rPr>
        <w:t>[RRRR – RRRR]</w:t>
      </w:r>
    </w:p>
    <w:p>
      <w:pPr>
        <w:keepNext/>
        <w:spacing w:before="160" w:after="60"/>
      </w:pPr>
      <w:r>
        <w:rPr>
          <w:b/>
          <w:sz w:val="23"/>
        </w:rPr>
        <w:t>Kursy i certyfikaty</w:t>
      </w:r>
    </w:p>
    <w:p>
      <w:pPr>
        <w:spacing w:before="0" w:after="20"/>
      </w:pPr>
      <w:r>
        <w:rPr>
          <w:color w:val="808080"/>
          <w:sz w:val="21"/>
        </w:rPr>
        <w:t>[Nazwa kursu/certyfikatu]</w:t>
      </w:r>
      <w:r>
        <w:rPr>
          <w:sz w:val="21"/>
        </w:rPr>
        <w:t xml:space="preserve"> — </w:t>
      </w:r>
      <w:r>
        <w:rPr>
          <w:color w:val="808080"/>
          <w:sz w:val="21"/>
        </w:rPr>
        <w:t>[organizator]</w:t>
      </w:r>
      <w:r>
        <w:rPr>
          <w:sz w:val="21"/>
        </w:rPr>
        <w:t xml:space="preserve">, </w:t>
      </w:r>
      <w:r>
        <w:rPr>
          <w:color w:val="808080"/>
          <w:sz w:val="21"/>
        </w:rPr>
        <w:t>[rok]</w:t>
      </w:r>
    </w:p>
    <w:p>
      <w:pPr>
        <w:spacing w:before="0" w:after="80"/>
      </w:pPr>
      <w:r>
        <w:rPr>
          <w:color w:val="808080"/>
          <w:sz w:val="21"/>
        </w:rPr>
        <w:t>[Nazwa kursu/certyfikatu]</w:t>
      </w:r>
      <w:r>
        <w:rPr>
          <w:sz w:val="21"/>
        </w:rPr>
        <w:t xml:space="preserve"> — </w:t>
      </w:r>
      <w:r>
        <w:rPr>
          <w:color w:val="808080"/>
          <w:sz w:val="21"/>
        </w:rPr>
        <w:t>[organizator]</w:t>
      </w:r>
      <w:r>
        <w:rPr>
          <w:sz w:val="21"/>
        </w:rPr>
        <w:t xml:space="preserve">, </w:t>
      </w:r>
      <w:r>
        <w:rPr>
          <w:color w:val="808080"/>
          <w:sz w:val="21"/>
        </w:rPr>
        <w:t>[rok]</w:t>
      </w:r>
    </w:p>
    <w:p>
      <w:pPr>
        <w:spacing w:before="200" w:after="20"/>
      </w:pPr>
      <w:r>
        <w:rPr>
          <w:color w:val="808080"/>
          <w:sz w:val="17"/>
        </w:rPr>
        <w:t>Zgoda na przyszłe rekrutacje — wpisz tylko, jeśli chcesz, by firma zachowała CV na kolejne nabory:</w:t>
      </w:r>
    </w:p>
    <w:p>
      <w:pPr>
        <w:spacing w:before="0" w:after="80"/>
      </w:pPr>
      <w:r>
        <w:rPr>
          <w:sz w:val="18"/>
        </w:rPr>
        <w:t xml:space="preserve">„Wyrażam zgodę na przetwarzanie moich danych osobowych zawartych w CV na potrzeby przyszłych rekrutacji prowadzonych przez </w:t>
      </w:r>
      <w:r>
        <w:rPr>
          <w:color w:val="808080"/>
          <w:sz w:val="18"/>
        </w:rPr>
        <w:t>[nazwa firmy]</w:t>
      </w:r>
      <w:r>
        <w:rPr>
          <w:sz w:val="18"/>
        </w:rPr>
        <w:t xml:space="preserve"> przez okres </w:t>
      </w:r>
      <w:r>
        <w:rPr>
          <w:color w:val="808080"/>
          <w:sz w:val="18"/>
        </w:rPr>
        <w:t>[np. 6 miesięcy]</w:t>
      </w:r>
      <w:r>
        <w:rPr>
          <w:sz w:val="18"/>
        </w:rPr>
        <w:t>.”</w:t>
      </w:r>
    </w:p>
    <w:p>
      <w:r>
        <w:br w:type="page"/>
      </w:r>
    </w:p>
    <w:p>
      <w:pPr>
        <w:spacing w:before="0" w:after="40"/>
      </w:pPr>
      <w:r>
        <w:rPr>
          <w:color w:val="808080"/>
          <w:sz w:val="16"/>
        </w:rPr>
        <w:t>WZÓR LISTU MOTYWACYJNEGO · 2026</w:t>
      </w:r>
    </w:p>
    <w:p>
      <w:pPr>
        <w:spacing w:before="0" w:after="40"/>
      </w:pPr>
      <w:r>
        <w:rPr>
          <w:b/>
          <w:sz w:val="32"/>
        </w:rPr>
        <w:t>List motywacyjny</w:t>
      </w:r>
    </w:p>
    <w:p>
      <w:pPr>
        <w:spacing w:before="0" w:after="200"/>
      </w:pPr>
      <w:r>
        <w:rPr>
          <w:color w:val="808080"/>
          <w:sz w:val="19"/>
        </w:rPr>
        <w:t>Maksymalnie jedna strona. Nie powtarzaj CV — pokaż dopasowanie do konkretnej firmy i roli.</w:t>
      </w:r>
    </w:p>
    <w:p>
      <w:pPr>
        <w:spacing w:before="0" w:after="200"/>
      </w:pPr>
      <w:r>
        <w:rPr>
          <w:color w:val="808080"/>
          <w:sz w:val="21"/>
        </w:rPr>
        <w:t>[Imię i nazwisko]</w:t>
      </w:r>
      <w:r>
        <w:rPr>
          <w:sz w:val="21"/>
        </w:rPr>
        <w:t xml:space="preserve"> · </w:t>
      </w:r>
      <w:r>
        <w:rPr>
          <w:color w:val="808080"/>
          <w:sz w:val="21"/>
        </w:rPr>
        <w:t>[Telefon]</w:t>
      </w:r>
      <w:r>
        <w:rPr>
          <w:sz w:val="21"/>
        </w:rPr>
        <w:t xml:space="preserve"> · </w:t>
      </w:r>
      <w:r>
        <w:rPr>
          <w:color w:val="808080"/>
          <w:sz w:val="21"/>
        </w:rPr>
        <w:t>[E-mail]</w:t>
      </w:r>
    </w:p>
    <w:p>
      <w:pPr>
        <w:spacing w:before="0" w:after="200"/>
        <w:jc w:val="right"/>
      </w:pPr>
      <w:r>
        <w:rPr>
          <w:color w:val="808080"/>
          <w:sz w:val="21"/>
        </w:rPr>
        <w:t>[Miejscowość, data]</w:t>
      </w:r>
    </w:p>
    <w:p>
      <w:pPr>
        <w:spacing w:before="0" w:after="240"/>
      </w:pPr>
      <w:r>
        <w:rPr>
          <w:color w:val="808080"/>
          <w:sz w:val="21"/>
        </w:rPr>
        <w:t>[Adresat / Dział HR / Nazwa firmy]</w:t>
      </w:r>
    </w:p>
    <w:p>
      <w:pPr>
        <w:spacing w:before="0" w:after="120"/>
      </w:pPr>
      <w:r>
        <w:rPr>
          <w:sz w:val="21"/>
        </w:rPr>
        <w:t>Szanowni Państwo,</w:t>
      </w:r>
    </w:p>
    <w:p>
      <w:pPr>
        <w:spacing w:before="0" w:after="160"/>
        <w:jc w:val="both"/>
      </w:pPr>
      <w:r>
        <w:rPr>
          <w:sz w:val="21"/>
        </w:rPr>
        <w:t xml:space="preserve">aplikuję na stanowisko </w:t>
      </w:r>
      <w:r>
        <w:rPr>
          <w:color w:val="808080"/>
          <w:sz w:val="21"/>
        </w:rPr>
        <w:t>[nazwa stanowiska]</w:t>
      </w:r>
      <w:r>
        <w:rPr>
          <w:sz w:val="21"/>
        </w:rPr>
        <w:t xml:space="preserve">, ponieważ moje doświadczenie w </w:t>
      </w:r>
      <w:r>
        <w:rPr>
          <w:color w:val="808080"/>
          <w:sz w:val="21"/>
        </w:rPr>
        <w:t>[obszar]</w:t>
      </w:r>
      <w:r>
        <w:rPr>
          <w:sz w:val="21"/>
        </w:rPr>
        <w:t xml:space="preserve"> odpowiada wymaganiom wskazanym w ogłoszeniu. W ostatnich </w:t>
      </w:r>
      <w:r>
        <w:rPr>
          <w:color w:val="808080"/>
          <w:sz w:val="21"/>
        </w:rPr>
        <w:t>[okres]</w:t>
      </w:r>
      <w:r>
        <w:rPr>
          <w:sz w:val="21"/>
        </w:rPr>
        <w:t xml:space="preserve"> odpowiadałem/odpowiadałam za </w:t>
      </w:r>
      <w:r>
        <w:rPr>
          <w:color w:val="808080"/>
          <w:sz w:val="21"/>
        </w:rPr>
        <w:t>[najważniejszy zakres obowiązków istotny dla nowej roli]</w:t>
      </w:r>
      <w:r>
        <w:rPr>
          <w:sz w:val="21"/>
        </w:rPr>
        <w:t>.</w:t>
      </w:r>
    </w:p>
    <w:p>
      <w:pPr>
        <w:spacing w:before="0" w:after="160"/>
        <w:jc w:val="both"/>
      </w:pPr>
      <w:r>
        <w:rPr>
          <w:sz w:val="21"/>
        </w:rPr>
        <w:t xml:space="preserve">Zwrócili Państwo uwagę na </w:t>
      </w:r>
      <w:r>
        <w:rPr>
          <w:color w:val="808080"/>
          <w:sz w:val="21"/>
        </w:rPr>
        <w:t>[wymaganie z oferty]</w:t>
      </w:r>
      <w:r>
        <w:rPr>
          <w:sz w:val="21"/>
        </w:rPr>
        <w:t xml:space="preserve">. W poprzedniej pracy realizowałem/realizowałam podobne zadania: </w:t>
      </w:r>
      <w:r>
        <w:rPr>
          <w:color w:val="808080"/>
          <w:sz w:val="21"/>
        </w:rPr>
        <w:t>[konkretny przykład z CV]</w:t>
      </w:r>
      <w:r>
        <w:rPr>
          <w:sz w:val="21"/>
        </w:rPr>
        <w:t xml:space="preserve">. Efektem było </w:t>
      </w:r>
      <w:r>
        <w:rPr>
          <w:color w:val="808080"/>
          <w:sz w:val="21"/>
        </w:rPr>
        <w:t>[mierzalny rezultat lub konkretna korzyść]</w:t>
      </w:r>
      <w:r>
        <w:rPr>
          <w:sz w:val="21"/>
        </w:rPr>
        <w:t xml:space="preserve">. Dodatkowo korzystam z </w:t>
      </w:r>
      <w:r>
        <w:rPr>
          <w:color w:val="808080"/>
          <w:sz w:val="21"/>
        </w:rPr>
        <w:t>[narzędzia / metody]</w:t>
      </w:r>
      <w:r>
        <w:rPr>
          <w:sz w:val="21"/>
        </w:rPr>
        <w:t>, co pozwala mi szybko wdrożyć się w obowiązki.</w:t>
      </w:r>
    </w:p>
    <w:p>
      <w:pPr>
        <w:spacing w:before="0" w:after="160"/>
        <w:jc w:val="both"/>
      </w:pPr>
      <w:r>
        <w:rPr>
          <w:sz w:val="21"/>
        </w:rPr>
        <w:t xml:space="preserve">Chciałbym/chciałabym dołączyć do </w:t>
      </w:r>
      <w:r>
        <w:rPr>
          <w:color w:val="808080"/>
          <w:sz w:val="21"/>
        </w:rPr>
        <w:t>[nazwa firmy]</w:t>
      </w:r>
      <w:r>
        <w:rPr>
          <w:sz w:val="21"/>
        </w:rPr>
        <w:t xml:space="preserve">, ponieważ </w:t>
      </w:r>
      <w:r>
        <w:rPr>
          <w:color w:val="808080"/>
          <w:sz w:val="21"/>
        </w:rPr>
        <w:t>[konkretny powód: produkty, skala, wartości, kierunek rozwoju]</w:t>
      </w:r>
      <w:r>
        <w:rPr>
          <w:sz w:val="21"/>
        </w:rPr>
        <w:t xml:space="preserve">. Moje doświadczenie w </w:t>
      </w:r>
      <w:r>
        <w:rPr>
          <w:color w:val="808080"/>
          <w:sz w:val="21"/>
        </w:rPr>
        <w:t>[kompetencja 1]</w:t>
      </w:r>
      <w:r>
        <w:rPr>
          <w:sz w:val="21"/>
        </w:rPr>
        <w:t xml:space="preserve"> oraz </w:t>
      </w:r>
      <w:r>
        <w:rPr>
          <w:color w:val="808080"/>
          <w:sz w:val="21"/>
        </w:rPr>
        <w:t>[kompetencja 2]</w:t>
      </w:r>
      <w:r>
        <w:rPr>
          <w:sz w:val="21"/>
        </w:rPr>
        <w:t xml:space="preserve"> może wesprzeć Państwa zespół w </w:t>
      </w:r>
      <w:r>
        <w:rPr>
          <w:color w:val="808080"/>
          <w:sz w:val="21"/>
        </w:rPr>
        <w:t>[cel lub obszar pracy]</w:t>
      </w:r>
      <w:r>
        <w:rPr>
          <w:sz w:val="21"/>
        </w:rPr>
        <w:t>.</w:t>
      </w:r>
    </w:p>
    <w:p>
      <w:pPr>
        <w:spacing w:before="120" w:after="40"/>
      </w:pPr>
      <w:r>
        <w:rPr>
          <w:sz w:val="21"/>
        </w:rPr>
        <w:t>Z poważaniem,</w:t>
      </w:r>
    </w:p>
    <w:p>
      <w:pPr>
        <w:spacing w:before="0" w:after="320"/>
      </w:pPr>
      <w:r>
        <w:rPr>
          <w:color w:val="808080"/>
          <w:sz w:val="21"/>
        </w:rPr>
        <w:t>[Imię i nazwisko]</w:t>
      </w:r>
    </w:p>
    <w:p>
      <w:pPr>
        <w:spacing w:before="120" w:after="80"/>
      </w:pPr>
      <w:r>
        <w:rPr>
          <w:color w:val="808080"/>
          <w:sz w:val="17"/>
        </w:rPr>
        <w:t>Wskazówki: dopasuj treść do każdego ogłoszenia osobno · używaj standardowych nagłówków (czytelnych dla systemów ATS) · w CV nie podawaj PESEL, numeru dowodu ani danych wrażliwych · zdjęcie nie jest obowiązkowe. Szare pola w nawiasach zastąp swoimi danymi.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Wzór do uzupełnienia — edusiec.pl · zgodny z art. 22¹ Kodeksu pracy i RODO (bez PESEL, bez wymogu zdjęcia)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i listu motywacyjnego 2026 — edusiec.pl</dc:title>
  <dc:subject/>
  <dc:creator>edusiec.pl</dc:creator>
  <cp:keywords/>
  <dc:description/>
  <cp:lastModifiedBy>edusiec.pl</cp:lastModifiedBy>
  <cp:revision>1</cp:revision>
  <dcterms:created xsi:type="dcterms:W3CDTF">2013-12-23T23:15:00Z</dcterms:created>
  <dcterms:modified xsi:type="dcterms:W3CDTF">2013-12-23T23:15:00Z</dcterms:modified>
  <cp:category/>
</cp:coreProperties>
</file>